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AE4" w:rsidRPr="0005378D" w:rsidRDefault="0005378D" w:rsidP="00412E58">
      <w:pPr>
        <w:pStyle w:val="Antrat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  <w:r w:rsidRPr="0005378D">
        <w:rPr>
          <w:rFonts w:ascii="Times New Roman" w:hAnsi="Times New Roman" w:cs="Times New Roman"/>
          <w:color w:val="auto"/>
          <w:sz w:val="24"/>
          <w:szCs w:val="24"/>
          <w:lang w:val="lt-LT"/>
        </w:rPr>
        <w:t>TĖVŲ (GLOBĖJŲ) SUTIKIMAS DĖL NEPILNAMEČIO DALYVAVIMO</w:t>
      </w:r>
      <w:r w:rsidR="0077166F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PROGRAMOJE</w:t>
      </w:r>
      <w:r w:rsidRPr="0005378D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IR SUTARTIES PASIRAŠYMO</w:t>
      </w:r>
    </w:p>
    <w:p w:rsidR="00412E58" w:rsidRPr="0005378D" w:rsidRDefault="00412E58" w:rsidP="00412E58">
      <w:pPr>
        <w:rPr>
          <w:lang w:val="lt-LT"/>
        </w:rPr>
      </w:pPr>
    </w:p>
    <w:p w:rsidR="00412E58" w:rsidRPr="0005378D" w:rsidRDefault="0005378D" w:rsidP="00412E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05378D">
        <w:rPr>
          <w:rFonts w:ascii="Times New Roman" w:hAnsi="Times New Roman" w:cs="Times New Roman"/>
          <w:sz w:val="24"/>
          <w:szCs w:val="24"/>
          <w:lang w:val="lt-LT"/>
        </w:rPr>
        <w:t>________________</w:t>
      </w:r>
      <w:r w:rsidRPr="0005378D">
        <w:rPr>
          <w:rFonts w:ascii="Times New Roman" w:hAnsi="Times New Roman" w:cs="Times New Roman"/>
          <w:sz w:val="24"/>
          <w:szCs w:val="24"/>
          <w:lang w:val="lt-LT"/>
        </w:rPr>
        <w:br/>
      </w:r>
      <w:r w:rsidR="00412E58" w:rsidRPr="0005378D">
        <w:rPr>
          <w:rFonts w:ascii="Times New Roman" w:hAnsi="Times New Roman" w:cs="Times New Roman"/>
          <w:sz w:val="24"/>
          <w:szCs w:val="24"/>
          <w:lang w:val="lt-LT"/>
        </w:rPr>
        <w:t xml:space="preserve">(data) </w:t>
      </w:r>
    </w:p>
    <w:p w:rsidR="00E94AE4" w:rsidRDefault="0005378D" w:rsidP="00412E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05378D">
        <w:rPr>
          <w:rFonts w:ascii="Times New Roman" w:hAnsi="Times New Roman" w:cs="Times New Roman"/>
          <w:sz w:val="24"/>
          <w:szCs w:val="24"/>
          <w:lang w:val="lt-LT"/>
        </w:rPr>
        <w:t>Ignalina</w:t>
      </w:r>
    </w:p>
    <w:p w:rsidR="00D71DBE" w:rsidRDefault="00D71DBE" w:rsidP="00412E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D71DBE" w:rsidRDefault="00D71DBE" w:rsidP="003B6E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DBE">
        <w:rPr>
          <w:rFonts w:ascii="Times New Roman" w:hAnsi="Times New Roman" w:cs="Times New Roman"/>
          <w:sz w:val="24"/>
          <w:szCs w:val="24"/>
        </w:rPr>
        <w:t>Aš</w:t>
      </w:r>
      <w:proofErr w:type="spellEnd"/>
      <w:r w:rsidRPr="00D71DBE">
        <w:rPr>
          <w:rFonts w:ascii="Times New Roman" w:hAnsi="Times New Roman" w:cs="Times New Roman"/>
          <w:sz w:val="24"/>
          <w:szCs w:val="24"/>
        </w:rPr>
        <w:t>,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D71DBE">
        <w:rPr>
          <w:rFonts w:ascii="Times New Roman" w:hAnsi="Times New Roman" w:cs="Times New Roman"/>
          <w:sz w:val="24"/>
          <w:szCs w:val="24"/>
        </w:rPr>
        <w:t xml:space="preserve">_ </w:t>
      </w:r>
      <w:r w:rsidR="003B6E2C">
        <w:rPr>
          <w:rFonts w:ascii="Times New Roman" w:hAnsi="Times New Roman" w:cs="Times New Roman"/>
          <w:sz w:val="24"/>
          <w:szCs w:val="24"/>
        </w:rPr>
        <w:t xml:space="preserve"> </w:t>
      </w:r>
      <w:r w:rsidR="00667DC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67DCD">
        <w:rPr>
          <w:rFonts w:ascii="Times New Roman" w:hAnsi="Times New Roman" w:cs="Times New Roman"/>
          <w:sz w:val="24"/>
          <w:szCs w:val="24"/>
        </w:rPr>
        <w:tab/>
      </w:r>
      <w:r w:rsidR="003B6E2C">
        <w:rPr>
          <w:rFonts w:ascii="Times New Roman" w:hAnsi="Times New Roman" w:cs="Times New Roman"/>
          <w:sz w:val="24"/>
          <w:szCs w:val="24"/>
        </w:rPr>
        <w:tab/>
      </w:r>
      <w:r w:rsidRPr="003B6E2C">
        <w:rPr>
          <w:rFonts w:ascii="Times New Roman" w:hAnsi="Times New Roman" w:cs="Times New Roman"/>
          <w:sz w:val="20"/>
          <w:szCs w:val="24"/>
        </w:rPr>
        <w:t>(</w:t>
      </w:r>
      <w:proofErr w:type="spellStart"/>
      <w:r w:rsidR="00667DCD">
        <w:rPr>
          <w:rFonts w:ascii="Times New Roman" w:hAnsi="Times New Roman" w:cs="Times New Roman"/>
          <w:sz w:val="20"/>
          <w:szCs w:val="24"/>
        </w:rPr>
        <w:t>tėvo</w:t>
      </w:r>
      <w:proofErr w:type="spellEnd"/>
      <w:r w:rsidR="00667DCD">
        <w:rPr>
          <w:rFonts w:ascii="Times New Roman" w:hAnsi="Times New Roman" w:cs="Times New Roman"/>
          <w:sz w:val="20"/>
          <w:szCs w:val="24"/>
        </w:rPr>
        <w:t>/</w:t>
      </w:r>
      <w:proofErr w:type="spellStart"/>
      <w:r w:rsidR="00667DCD">
        <w:rPr>
          <w:rFonts w:ascii="Times New Roman" w:hAnsi="Times New Roman" w:cs="Times New Roman"/>
          <w:sz w:val="20"/>
          <w:szCs w:val="24"/>
        </w:rPr>
        <w:t>motinos</w:t>
      </w:r>
      <w:proofErr w:type="spellEnd"/>
      <w:r w:rsidR="00667DCD">
        <w:rPr>
          <w:rFonts w:ascii="Times New Roman" w:hAnsi="Times New Roman" w:cs="Times New Roman"/>
          <w:sz w:val="20"/>
          <w:szCs w:val="24"/>
        </w:rPr>
        <w:t xml:space="preserve">/ </w:t>
      </w:r>
      <w:proofErr w:type="spellStart"/>
      <w:r w:rsidR="00667DCD">
        <w:rPr>
          <w:rFonts w:ascii="Times New Roman" w:hAnsi="Times New Roman" w:cs="Times New Roman"/>
          <w:sz w:val="20"/>
          <w:szCs w:val="24"/>
        </w:rPr>
        <w:t>globėjo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Pr="003B6E2C">
        <w:rPr>
          <w:rFonts w:ascii="Times New Roman" w:hAnsi="Times New Roman" w:cs="Times New Roman"/>
          <w:sz w:val="20"/>
          <w:szCs w:val="24"/>
        </w:rPr>
        <w:t>vardas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 xml:space="preserve"> ir </w:t>
      </w:r>
      <w:proofErr w:type="spellStart"/>
      <w:r w:rsidRPr="003B6E2C">
        <w:rPr>
          <w:rFonts w:ascii="Times New Roman" w:hAnsi="Times New Roman" w:cs="Times New Roman"/>
          <w:sz w:val="20"/>
          <w:szCs w:val="24"/>
        </w:rPr>
        <w:t>pavardė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 xml:space="preserve">, </w:t>
      </w:r>
      <w:proofErr w:type="spellStart"/>
      <w:r w:rsidRPr="003B6E2C">
        <w:rPr>
          <w:rFonts w:ascii="Times New Roman" w:hAnsi="Times New Roman" w:cs="Times New Roman"/>
          <w:sz w:val="20"/>
          <w:szCs w:val="24"/>
        </w:rPr>
        <w:t>adresas</w:t>
      </w:r>
      <w:proofErr w:type="spellEnd"/>
      <w:r w:rsidR="003B6E2C" w:rsidRPr="003B6E2C">
        <w:rPr>
          <w:rFonts w:ascii="Times New Roman" w:hAnsi="Times New Roman" w:cs="Times New Roman"/>
          <w:sz w:val="20"/>
          <w:szCs w:val="24"/>
        </w:rPr>
        <w:t xml:space="preserve">, tel. </w:t>
      </w:r>
      <w:proofErr w:type="gramStart"/>
      <w:r w:rsidR="003B6E2C" w:rsidRPr="003B6E2C">
        <w:rPr>
          <w:rFonts w:ascii="Times New Roman" w:hAnsi="Times New Roman" w:cs="Times New Roman"/>
          <w:sz w:val="20"/>
          <w:szCs w:val="24"/>
        </w:rPr>
        <w:t>nr.,</w:t>
      </w:r>
      <w:proofErr w:type="gramEnd"/>
      <w:r w:rsidR="003B6E2C" w:rsidRPr="003B6E2C">
        <w:rPr>
          <w:rFonts w:ascii="Times New Roman" w:hAnsi="Times New Roman" w:cs="Times New Roman"/>
          <w:sz w:val="20"/>
          <w:szCs w:val="24"/>
        </w:rPr>
        <w:t xml:space="preserve"> el. </w:t>
      </w:r>
      <w:proofErr w:type="spellStart"/>
      <w:r w:rsidR="003B6E2C" w:rsidRPr="003B6E2C">
        <w:rPr>
          <w:rFonts w:ascii="Times New Roman" w:hAnsi="Times New Roman" w:cs="Times New Roman"/>
          <w:sz w:val="20"/>
          <w:szCs w:val="24"/>
        </w:rPr>
        <w:t>paštas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>)</w:t>
      </w:r>
    </w:p>
    <w:p w:rsidR="00D71DBE" w:rsidRDefault="00D71DBE" w:rsidP="003B6E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DB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D71DBE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D71DBE" w:rsidRDefault="00D71DBE" w:rsidP="003B6E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E2C" w:rsidRDefault="003B6E2C" w:rsidP="003B6E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sutinku</w:t>
      </w:r>
      <w:proofErr w:type="spellEnd"/>
      <w:proofErr w:type="gramEnd"/>
      <w:r w:rsidR="00D71DBE" w:rsidRPr="00D71D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1DBE" w:rsidRPr="00D71DBE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="00D71DBE" w:rsidRPr="00D71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1DBE" w:rsidRPr="00D71DBE">
        <w:rPr>
          <w:rFonts w:ascii="Times New Roman" w:hAnsi="Times New Roman" w:cs="Times New Roman"/>
          <w:sz w:val="24"/>
          <w:szCs w:val="24"/>
        </w:rPr>
        <w:t>mano</w:t>
      </w:r>
      <w:proofErr w:type="spellEnd"/>
      <w:r w:rsidR="00D71DBE" w:rsidRPr="00D71D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vaikas (</w:t>
      </w:r>
      <w:r w:rsidRPr="0005378D">
        <w:rPr>
          <w:rFonts w:ascii="Times New Roman" w:hAnsi="Times New Roman" w:cs="Times New Roman"/>
          <w:sz w:val="24"/>
          <w:szCs w:val="24"/>
          <w:lang w:val="lt-LT"/>
        </w:rPr>
        <w:t>globotinis</w:t>
      </w:r>
      <w:r>
        <w:rPr>
          <w:rFonts w:ascii="Times New Roman" w:hAnsi="Times New Roman" w:cs="Times New Roman"/>
          <w:sz w:val="24"/>
          <w:szCs w:val="24"/>
          <w:lang w:val="lt-LT"/>
        </w:rPr>
        <w:t>)</w:t>
      </w:r>
      <w:r w:rsidRPr="00D71DBE">
        <w:rPr>
          <w:rFonts w:ascii="Times New Roman" w:hAnsi="Times New Roman" w:cs="Times New Roman"/>
          <w:sz w:val="24"/>
          <w:szCs w:val="24"/>
        </w:rPr>
        <w:t xml:space="preserve"> 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B6E2C" w:rsidRDefault="003B6E2C" w:rsidP="003B6E2C">
      <w:pPr>
        <w:spacing w:after="0"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 w:rsidRPr="003B6E2C">
        <w:rPr>
          <w:rFonts w:ascii="Times New Roman" w:hAnsi="Times New Roman" w:cs="Times New Roman"/>
          <w:sz w:val="20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0"/>
          <w:szCs w:val="24"/>
        </w:rPr>
        <w:t>vaiko</w:t>
      </w:r>
      <w:proofErr w:type="spellEnd"/>
      <w:r>
        <w:rPr>
          <w:rFonts w:ascii="Times New Roman" w:hAnsi="Times New Roman" w:cs="Times New Roman"/>
          <w:sz w:val="20"/>
          <w:szCs w:val="24"/>
        </w:rPr>
        <w:t>/</w:t>
      </w:r>
      <w:proofErr w:type="spellStart"/>
      <w:r>
        <w:rPr>
          <w:rFonts w:ascii="Times New Roman" w:hAnsi="Times New Roman" w:cs="Times New Roman"/>
          <w:sz w:val="20"/>
          <w:szCs w:val="24"/>
        </w:rPr>
        <w:t>globotinio</w:t>
      </w:r>
      <w:proofErr w:type="spellEnd"/>
      <w:proofErr w:type="gramEnd"/>
      <w:r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4"/>
        </w:rPr>
        <w:t>vardas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4"/>
        </w:rPr>
        <w:t>pavardė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4"/>
        </w:rPr>
        <w:t>gimimo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 data</w:t>
      </w:r>
      <w:r w:rsidRPr="003B6E2C">
        <w:rPr>
          <w:rFonts w:ascii="Times New Roman" w:hAnsi="Times New Roman" w:cs="Times New Roman"/>
          <w:sz w:val="20"/>
          <w:szCs w:val="24"/>
        </w:rPr>
        <w:t>)</w:t>
      </w:r>
    </w:p>
    <w:p w:rsidR="0077166F" w:rsidRDefault="003B6E2C" w:rsidP="00771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r w:rsidRPr="003B6E2C">
        <w:rPr>
          <w:rFonts w:ascii="Times New Roman" w:hAnsi="Times New Roman" w:cs="Times New Roman"/>
          <w:sz w:val="24"/>
          <w:szCs w:val="24"/>
        </w:rPr>
        <w:t>alyvautų</w:t>
      </w:r>
      <w:proofErr w:type="spellEnd"/>
      <w:proofErr w:type="gramEnd"/>
      <w:r w:rsidRPr="003B6E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Ignalinos rajono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jaunimo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vasaros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užimtumo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integrac</w:t>
      </w:r>
      <w:r w:rsidR="0077166F">
        <w:rPr>
          <w:rFonts w:ascii="Times New Roman" w:hAnsi="Times New Roman" w:cs="Times New Roman"/>
          <w:sz w:val="24"/>
          <w:szCs w:val="24"/>
        </w:rPr>
        <w:t>ijos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į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rinką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programoje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pasirašytų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pateiktų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registracijos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į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programą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dokumentus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pasirašytų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Trišalę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bendradarbiavimo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sutartį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>:</w:t>
      </w:r>
      <w:r w:rsidR="0077166F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Ignalinos raj</w:t>
      </w:r>
      <w:r w:rsidR="0077166F">
        <w:rPr>
          <w:rFonts w:ascii="Times New Roman" w:hAnsi="Times New Roman" w:cs="Times New Roman"/>
          <w:sz w:val="24"/>
          <w:szCs w:val="24"/>
        </w:rPr>
        <w:t xml:space="preserve">ono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7716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66F">
        <w:rPr>
          <w:rFonts w:ascii="Times New Roman" w:hAnsi="Times New Roman" w:cs="Times New Roman"/>
          <w:sz w:val="24"/>
          <w:szCs w:val="24"/>
        </w:rPr>
        <w:t>administracija;</w:t>
      </w:r>
    </w:p>
    <w:p w:rsidR="003B6E2C" w:rsidRPr="0077166F" w:rsidRDefault="0077166F" w:rsidP="0077166F">
      <w:pPr>
        <w:pStyle w:val="Sraopastraipa"/>
        <w:numPr>
          <w:ilvl w:val="0"/>
          <w:numId w:val="12"/>
        </w:num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B6E2C" w:rsidRPr="0077166F">
        <w:rPr>
          <w:rFonts w:ascii="Times New Roman" w:hAnsi="Times New Roman" w:cs="Times New Roman"/>
          <w:sz w:val="24"/>
          <w:szCs w:val="24"/>
        </w:rPr>
        <w:t>arbdaviu</w:t>
      </w:r>
      <w:proofErr w:type="spellEnd"/>
      <w:r w:rsidR="003B6E2C" w:rsidRPr="0077166F">
        <w:rPr>
          <w:rFonts w:ascii="Times New Roman" w:hAnsi="Times New Roman" w:cs="Times New Roman"/>
          <w:sz w:val="24"/>
          <w:szCs w:val="24"/>
        </w:rPr>
        <w:t>.</w:t>
      </w:r>
    </w:p>
    <w:p w:rsidR="003B6E2C" w:rsidRDefault="003B6E2C" w:rsidP="00412E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667DCD" w:rsidRDefault="00667DCD" w:rsidP="00412E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667DCD" w:rsidRDefault="00667DCD" w:rsidP="00412E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E94AE4" w:rsidRPr="0005378D" w:rsidRDefault="00667DCD" w:rsidP="00412E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_________________ 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____________________</w:t>
      </w:r>
      <w:r w:rsidRPr="0005378D">
        <w:rPr>
          <w:rFonts w:ascii="Times New Roman" w:hAnsi="Times New Roman" w:cs="Times New Roman"/>
          <w:sz w:val="24"/>
          <w:szCs w:val="24"/>
          <w:lang w:val="lt-LT"/>
        </w:rPr>
        <w:t>______________</w:t>
      </w:r>
    </w:p>
    <w:p w:rsidR="00E94AE4" w:rsidRPr="0005378D" w:rsidRDefault="00667DCD" w:rsidP="00412E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0"/>
          <w:szCs w:val="24"/>
        </w:rPr>
        <w:tab/>
        <w:t>(</w:t>
      </w:r>
      <w:proofErr w:type="spellStart"/>
      <w:proofErr w:type="gramStart"/>
      <w:r>
        <w:rPr>
          <w:rFonts w:ascii="Times New Roman" w:hAnsi="Times New Roman" w:cs="Times New Roman"/>
          <w:sz w:val="20"/>
          <w:szCs w:val="24"/>
        </w:rPr>
        <w:t>parašas</w:t>
      </w:r>
      <w:proofErr w:type="spellEnd"/>
      <w:proofErr w:type="gramEnd"/>
      <w:r>
        <w:rPr>
          <w:rFonts w:ascii="Times New Roman" w:hAnsi="Times New Roman" w:cs="Times New Roman"/>
          <w:sz w:val="20"/>
          <w:szCs w:val="24"/>
        </w:rPr>
        <w:t>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        (</w:t>
      </w:r>
      <w:proofErr w:type="spellStart"/>
      <w:proofErr w:type="gramStart"/>
      <w:r>
        <w:rPr>
          <w:rFonts w:ascii="Times New Roman" w:hAnsi="Times New Roman" w:cs="Times New Roman"/>
          <w:sz w:val="20"/>
          <w:szCs w:val="24"/>
        </w:rPr>
        <w:t>tėvo</w:t>
      </w:r>
      <w:proofErr w:type="spellEnd"/>
      <w:r>
        <w:rPr>
          <w:rFonts w:ascii="Times New Roman" w:hAnsi="Times New Roman" w:cs="Times New Roman"/>
          <w:sz w:val="20"/>
          <w:szCs w:val="24"/>
        </w:rPr>
        <w:t>/</w:t>
      </w:r>
      <w:proofErr w:type="spellStart"/>
      <w:r>
        <w:rPr>
          <w:rFonts w:ascii="Times New Roman" w:hAnsi="Times New Roman" w:cs="Times New Roman"/>
          <w:sz w:val="20"/>
          <w:szCs w:val="24"/>
        </w:rPr>
        <w:t>motinos</w:t>
      </w:r>
      <w:proofErr w:type="spellEnd"/>
      <w:proofErr w:type="gramEnd"/>
      <w:r>
        <w:rPr>
          <w:rFonts w:ascii="Times New Roman" w:hAnsi="Times New Roman" w:cs="Times New Roman"/>
          <w:sz w:val="20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0"/>
          <w:szCs w:val="24"/>
        </w:rPr>
        <w:t>globėjo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Pr="003B6E2C">
        <w:rPr>
          <w:rFonts w:ascii="Times New Roman" w:hAnsi="Times New Roman" w:cs="Times New Roman"/>
          <w:sz w:val="20"/>
          <w:szCs w:val="24"/>
        </w:rPr>
        <w:t>vardas</w:t>
      </w:r>
      <w:proofErr w:type="spellEnd"/>
      <w:r w:rsidRPr="003B6E2C">
        <w:rPr>
          <w:rFonts w:ascii="Times New Roman" w:hAnsi="Times New Roman" w:cs="Times New Roman"/>
          <w:sz w:val="20"/>
          <w:szCs w:val="24"/>
        </w:rPr>
        <w:t xml:space="preserve"> ir </w:t>
      </w:r>
      <w:proofErr w:type="spellStart"/>
      <w:r w:rsidRPr="003B6E2C">
        <w:rPr>
          <w:rFonts w:ascii="Times New Roman" w:hAnsi="Times New Roman" w:cs="Times New Roman"/>
          <w:sz w:val="20"/>
          <w:szCs w:val="24"/>
        </w:rPr>
        <w:t>pavardė</w:t>
      </w:r>
      <w:proofErr w:type="spellEnd"/>
      <w:r>
        <w:rPr>
          <w:rFonts w:ascii="Times New Roman" w:hAnsi="Times New Roman" w:cs="Times New Roman"/>
          <w:sz w:val="20"/>
          <w:szCs w:val="24"/>
        </w:rPr>
        <w:t>)</w:t>
      </w:r>
    </w:p>
    <w:sectPr w:rsidR="00E94AE4" w:rsidRPr="000537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EE442D9"/>
    <w:multiLevelType w:val="hybridMultilevel"/>
    <w:tmpl w:val="E2E2784C"/>
    <w:lvl w:ilvl="0" w:tplc="3DE02E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E557FB"/>
    <w:multiLevelType w:val="hybridMultilevel"/>
    <w:tmpl w:val="19CADA30"/>
    <w:lvl w:ilvl="0" w:tplc="2F94B63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CF2F80"/>
    <w:multiLevelType w:val="hybridMultilevel"/>
    <w:tmpl w:val="5E5C420E"/>
    <w:lvl w:ilvl="0" w:tplc="193EE88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96"/>
  <w:characterSpacingControl w:val="doNotCompress"/>
  <w:compat>
    <w:useFELayout/>
  </w:compat>
  <w:rsids>
    <w:rsidRoot w:val="00B47730"/>
    <w:rsid w:val="00034616"/>
    <w:rsid w:val="0005378D"/>
    <w:rsid w:val="0006063C"/>
    <w:rsid w:val="0015074B"/>
    <w:rsid w:val="0029639D"/>
    <w:rsid w:val="00307F2A"/>
    <w:rsid w:val="00326F90"/>
    <w:rsid w:val="003B6E2C"/>
    <w:rsid w:val="00412E58"/>
    <w:rsid w:val="00667DCD"/>
    <w:rsid w:val="0077166F"/>
    <w:rsid w:val="00AA1D8D"/>
    <w:rsid w:val="00B47730"/>
    <w:rsid w:val="00B659B6"/>
    <w:rsid w:val="00CB0664"/>
    <w:rsid w:val="00D71DBE"/>
    <w:rsid w:val="00E94AE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693F"/>
  </w:style>
  <w:style w:type="paragraph" w:styleId="Antrat1">
    <w:name w:val="heading 1"/>
    <w:basedOn w:val="prastasis"/>
    <w:next w:val="prastasis"/>
    <w:link w:val="Antrat1Diagrama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18BF"/>
  </w:style>
  <w:style w:type="paragraph" w:styleId="Porat">
    <w:name w:val="footer"/>
    <w:basedOn w:val="prastasis"/>
    <w:link w:val="Porat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618BF"/>
  </w:style>
  <w:style w:type="paragraph" w:styleId="Betarp">
    <w:name w:val="No Spacing"/>
    <w:uiPriority w:val="1"/>
    <w:qFormat/>
    <w:rsid w:val="00FC693F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FC693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AA1D8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A1D8D"/>
  </w:style>
  <w:style w:type="paragraph" w:styleId="Pagrindinistekstas2">
    <w:name w:val="Body Text 2"/>
    <w:basedOn w:val="prastasis"/>
    <w:link w:val="Pagrindinistekstas2Diagrama"/>
    <w:uiPriority w:val="99"/>
    <w:unhideWhenUsed/>
    <w:rsid w:val="00AA1D8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A1D8D"/>
  </w:style>
  <w:style w:type="paragraph" w:styleId="Pagrindinistekstas3">
    <w:name w:val="Body Text 3"/>
    <w:basedOn w:val="prastasis"/>
    <w:link w:val="Pagrindinistekstas3Diagrama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AA1D8D"/>
    <w:rPr>
      <w:sz w:val="16"/>
      <w:szCs w:val="16"/>
    </w:rPr>
  </w:style>
  <w:style w:type="paragraph" w:styleId="Sraas">
    <w:name w:val="List"/>
    <w:basedOn w:val="prastasis"/>
    <w:uiPriority w:val="99"/>
    <w:unhideWhenUsed/>
    <w:rsid w:val="00AA1D8D"/>
    <w:pPr>
      <w:ind w:left="360" w:hanging="360"/>
      <w:contextualSpacing/>
    </w:pPr>
  </w:style>
  <w:style w:type="paragraph" w:styleId="Sraas2">
    <w:name w:val="List 2"/>
    <w:basedOn w:val="prastasis"/>
    <w:uiPriority w:val="99"/>
    <w:unhideWhenUsed/>
    <w:rsid w:val="00326F90"/>
    <w:pPr>
      <w:ind w:left="720" w:hanging="360"/>
      <w:contextualSpacing/>
    </w:pPr>
  </w:style>
  <w:style w:type="paragraph" w:styleId="Sraas3">
    <w:name w:val="List 3"/>
    <w:basedOn w:val="prastasis"/>
    <w:uiPriority w:val="99"/>
    <w:unhideWhenUsed/>
    <w:rsid w:val="00326F90"/>
    <w:pPr>
      <w:ind w:left="1080" w:hanging="360"/>
      <w:contextualSpacing/>
    </w:pPr>
  </w:style>
  <w:style w:type="paragraph" w:styleId="Sraassuenkleliais">
    <w:name w:val="List Bullet"/>
    <w:basedOn w:val="prastasis"/>
    <w:uiPriority w:val="99"/>
    <w:unhideWhenUsed/>
    <w:rsid w:val="00326F90"/>
    <w:pPr>
      <w:numPr>
        <w:numId w:val="1"/>
      </w:numPr>
      <w:contextualSpacing/>
    </w:pPr>
  </w:style>
  <w:style w:type="paragraph" w:styleId="Sraassuenkleliais2">
    <w:name w:val="List Bullet 2"/>
    <w:basedOn w:val="prastasis"/>
    <w:uiPriority w:val="99"/>
    <w:unhideWhenUsed/>
    <w:rsid w:val="00326F90"/>
    <w:pPr>
      <w:numPr>
        <w:numId w:val="2"/>
      </w:numPr>
      <w:contextualSpacing/>
    </w:pPr>
  </w:style>
  <w:style w:type="paragraph" w:styleId="Sraassuenkleliais3">
    <w:name w:val="List Bullet 3"/>
    <w:basedOn w:val="prastasis"/>
    <w:uiPriority w:val="99"/>
    <w:unhideWhenUsed/>
    <w:rsid w:val="00326F90"/>
    <w:pPr>
      <w:numPr>
        <w:numId w:val="3"/>
      </w:numPr>
      <w:contextualSpacing/>
    </w:pPr>
  </w:style>
  <w:style w:type="paragraph" w:styleId="Sraassunumeriais">
    <w:name w:val="List Number"/>
    <w:basedOn w:val="prastasis"/>
    <w:uiPriority w:val="99"/>
    <w:unhideWhenUsed/>
    <w:rsid w:val="00326F90"/>
    <w:pPr>
      <w:numPr>
        <w:numId w:val="5"/>
      </w:numPr>
      <w:contextualSpacing/>
    </w:pPr>
  </w:style>
  <w:style w:type="paragraph" w:styleId="Sraassunumeriais2">
    <w:name w:val="List Number 2"/>
    <w:basedOn w:val="prastasis"/>
    <w:uiPriority w:val="99"/>
    <w:unhideWhenUsed/>
    <w:rsid w:val="0029639D"/>
    <w:pPr>
      <w:numPr>
        <w:numId w:val="6"/>
      </w:numPr>
      <w:contextualSpacing/>
    </w:pPr>
  </w:style>
  <w:style w:type="paragraph" w:styleId="Sraassunumeriais3">
    <w:name w:val="List Number 3"/>
    <w:basedOn w:val="prastasis"/>
    <w:uiPriority w:val="99"/>
    <w:unhideWhenUsed/>
    <w:rsid w:val="0029639D"/>
    <w:pPr>
      <w:numPr>
        <w:numId w:val="7"/>
      </w:numPr>
      <w:contextualSpacing/>
    </w:pPr>
  </w:style>
  <w:style w:type="paragraph" w:styleId="Sraotsinys">
    <w:name w:val="List Continue"/>
    <w:basedOn w:val="prastasis"/>
    <w:uiPriority w:val="99"/>
    <w:unhideWhenUsed/>
    <w:rsid w:val="0029639D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unhideWhenUsed/>
    <w:rsid w:val="0029639D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unhideWhenUsed/>
    <w:rsid w:val="0029639D"/>
    <w:pPr>
      <w:spacing w:after="120"/>
      <w:ind w:left="1080"/>
      <w:contextualSpacing/>
    </w:pPr>
  </w:style>
  <w:style w:type="paragraph" w:styleId="Makrokomandostekstas">
    <w:name w:val="macro"/>
    <w:link w:val="MakrokomandostekstasDiagrama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rsid w:val="0029639D"/>
    <w:rPr>
      <w:rFonts w:ascii="Courier" w:hAnsi="Courier"/>
      <w:sz w:val="20"/>
      <w:szCs w:val="20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693F"/>
    <w:rPr>
      <w:i/>
      <w:iCs/>
      <w:color w:val="000000" w:themeColor="text1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693F"/>
    <w:rPr>
      <w:i/>
      <w:iCs/>
      <w:color w:val="000000" w:themeColor="text1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FC693F"/>
    <w:rPr>
      <w:b/>
      <w:bCs/>
    </w:rPr>
  </w:style>
  <w:style w:type="character" w:styleId="Emfaz">
    <w:name w:val="Emphasis"/>
    <w:basedOn w:val="Numatytasispastraiposriftas"/>
    <w:uiPriority w:val="20"/>
    <w:qFormat/>
    <w:rsid w:val="00FC693F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693F"/>
    <w:rPr>
      <w:b/>
      <w:bCs/>
      <w:i/>
      <w:iCs/>
      <w:color w:val="4F81BD" w:themeColor="accent1"/>
    </w:rPr>
  </w:style>
  <w:style w:type="character" w:styleId="Nerykuspabrauktasis">
    <w:name w:val="Subtle Emphasis"/>
    <w:basedOn w:val="Numatytasispastraiposriftas"/>
    <w:uiPriority w:val="19"/>
    <w:qFormat/>
    <w:rsid w:val="00FC693F"/>
    <w:rPr>
      <w:i/>
      <w:iCs/>
      <w:color w:val="808080" w:themeColor="text1" w:themeTint="7F"/>
    </w:rPr>
  </w:style>
  <w:style w:type="character" w:styleId="Rykuspabrauktasis">
    <w:name w:val="Intense Emphasis"/>
    <w:basedOn w:val="Numatytasispastraiposriftas"/>
    <w:uiPriority w:val="21"/>
    <w:qFormat/>
    <w:rsid w:val="00FC693F"/>
    <w:rPr>
      <w:b/>
      <w:bCs/>
      <w:i/>
      <w:iCs/>
      <w:color w:val="4F81BD" w:themeColor="accent1"/>
    </w:rPr>
  </w:style>
  <w:style w:type="character" w:styleId="Nerykinuoroda">
    <w:name w:val="Subtle Reference"/>
    <w:basedOn w:val="Numatytasispastraiposriftas"/>
    <w:uiPriority w:val="31"/>
    <w:qFormat/>
    <w:rsid w:val="00FC693F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FC693F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FC693F"/>
    <w:pPr>
      <w:outlineLvl w:val="9"/>
    </w:pPr>
  </w:style>
  <w:style w:type="table" w:styleId="Lentelstinklelis">
    <w:name w:val="Table Grid"/>
    <w:basedOn w:val="prastojilente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viesusisspalvinimas1">
    <w:name w:val="Šviesusis spalvinimas1"/>
    <w:basedOn w:val="prastojilent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viesusspalvinimas1parykinimas1">
    <w:name w:val="Šviesus spalvinimas – 1 paryškinimas1"/>
    <w:basedOn w:val="prastojilent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viesussraas1">
    <w:name w:val="Šviesus sąrašas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viesussraas1parykinimas1">
    <w:name w:val="Šviesus sąrašas – 1 paryškinimas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viesustinklelis1">
    <w:name w:val="Šviesus tinklelis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viesustinklelis1parykinimas1">
    <w:name w:val="Šviesus tinklelis – 1 paryškinimas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vidutinisspalvinimas1">
    <w:name w:val="1 vidutinis spalvinimas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vidutinisspalvinimas1parykinimas1">
    <w:name w:val="1 vidutinis spalvinimas – 1 paryškinimas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vidutinisspalvinimas1">
    <w:name w:val="2 vidutinis spalvinimas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vidutinisspalvinimas1parykinimas1">
    <w:name w:val="2 vidutinis spalvinimas – 1 paryškinimas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vidutinissraas1">
    <w:name w:val="1 vidutinis sąrašas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vidutinissraas1parykinimas1">
    <w:name w:val="1 vidutinis sąrašas – 1 paryškinimas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vidutinissraas1">
    <w:name w:val="2 vidutinis sąrašas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vidutinistinklelis1">
    <w:name w:val="1 vidutinis tinklelis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vidutinistinklelis1">
    <w:name w:val="2 vidutinis tinklelis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vidutinistinklelis1">
    <w:name w:val="3 vidutinis tinklelis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Tamsussraas1">
    <w:name w:val="Tamsus sąrašas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sussraas2parykinimas">
    <w:name w:val="Dark List Accent 2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sussraas3parykinimas">
    <w:name w:val="Dark List Accent 3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sussraas4parykinimas">
    <w:name w:val="Dark List Accent 4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sussraas5parykinimas">
    <w:name w:val="Dark List Accent 5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Spalvotasspalvinimas1">
    <w:name w:val="Spalvotas spalvinimas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Spalvotassraas1">
    <w:name w:val="Spalvotas sąrašas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Spalvotastinklelis1">
    <w:name w:val="Spalvotas tinklelis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540DFD-2A71-4564-A7CE-6D836338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909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</dc:creator>
  <cp:keywords/>
  <dc:description>generated by python-docx</dc:description>
  <cp:lastModifiedBy>Gražina</cp:lastModifiedBy>
  <cp:revision>5</cp:revision>
  <dcterms:created xsi:type="dcterms:W3CDTF">2025-06-05T12:53:00Z</dcterms:created>
  <dcterms:modified xsi:type="dcterms:W3CDTF">2026-05-18T06:01:00Z</dcterms:modified>
  <cp:category/>
</cp:coreProperties>
</file>